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Juntos en casa: 10 minutos al día</w:t>
      </w:r>
    </w:p>
    <w:p>
      <w:pPr>
        <w:jc w:val="center"/>
      </w:pPr>
      <w:r>
        <w:t>Cuadernillo para la familia de Lalo · Terapia física · CAM</w:t>
      </w:r>
    </w:p>
    <w:p>
      <w:pPr>
        <w:pStyle w:val="Heading1"/>
      </w:pPr>
      <w:r>
        <w:rPr>
          <w:rFonts w:ascii="Arial" w:hAnsi="Arial"/>
          <w:color w:val="1D3A8A"/>
        </w:rPr>
        <w:t>Página 1 · Para ustedes</w:t>
      </w:r>
    </w:p>
    <w:p>
      <w:r>
        <w:t>Querida familia:</w:t>
      </w:r>
    </w:p>
    <w:p>
      <w:r>
        <w:t>Gracias por su esfuerzo de cada día.</w:t>
      </w:r>
    </w:p>
    <w:p>
      <w:r>
        <w:t>Sabemos que el trabajo en el campo cansa.</w:t>
      </w:r>
    </w:p>
    <w:p>
      <w:r>
        <w:t>Estos juegos duran solo 10 minutos.</w:t>
      </w:r>
    </w:p>
    <w:p>
      <w:r>
        <w:t>Pueden hacerlos a la hora que puedan.</w:t>
      </w:r>
    </w:p>
    <w:p>
      <w:r>
        <w:t>No necesitan comprar nada.</w:t>
      </w:r>
    </w:p>
    <w:p>
      <w:r>
        <w:t>Lo que hacen en casa sí se nota.</w:t>
      </w:r>
    </w:p>
    <w:p>
      <w:r>
        <w:br w:type="page"/>
      </w:r>
    </w:p>
    <w:p>
      <w:pPr>
        <w:pStyle w:val="Heading1"/>
      </w:pPr>
      <w:r>
        <w:rPr>
          <w:rFonts w:ascii="Arial" w:hAnsi="Arial"/>
          <w:color w:val="1D3A8A"/>
        </w:rPr>
        <w:t>Página 2 · Cinco juegos</w:t>
      </w:r>
    </w:p>
    <w:p>
      <w:pPr>
        <w:pStyle w:val="Heading2"/>
      </w:pPr>
      <w:r>
        <w:rPr>
          <w:rFonts w:ascii="Arial" w:hAnsi="Arial"/>
          <w:color w:val="1D3A8A"/>
        </w:rPr>
        <w:t>1. Parado junto a la mesa</w:t>
      </w:r>
    </w:p>
    <w:p>
      <w:r>
        <w:rPr>
          <w:b/>
        </w:rPr>
        <w:t xml:space="preserve">Necesitan: </w:t>
      </w:r>
      <w:r>
        <w:t>Una mesa firme.</w:t>
      </w:r>
    </w:p>
    <w:p>
      <w:pPr>
        <w:pStyle w:val="ListNumber"/>
      </w:pPr>
      <w:r>
        <w:t>Lalo apoya las dos manos.</w:t>
      </w:r>
    </w:p>
    <w:p>
      <w:pPr>
        <w:pStyle w:val="ListNumber"/>
      </w:pPr>
      <w:r>
        <w:t>Espalda derecha, pies firmes.</w:t>
      </w:r>
    </w:p>
    <w:p>
      <w:pPr>
        <w:pStyle w:val="ListNumber"/>
      </w:pPr>
      <w:r>
        <w:t>Cuenten juntos hasta diez.</w:t>
      </w:r>
    </w:p>
    <w:p>
      <w:r>
        <w:rPr>
          <w:i/>
        </w:rPr>
        <w:t>Dibujo: Niño de pie con las manos sobre la mesa; un adulto a su lado.</w:t>
      </w:r>
    </w:p>
    <w:p>
      <w:pPr>
        <w:pStyle w:val="Heading2"/>
      </w:pPr>
      <w:r>
        <w:rPr>
          <w:rFonts w:ascii="Arial" w:hAnsi="Arial"/>
          <w:color w:val="1D3A8A"/>
        </w:rPr>
        <w:t>2. Sentarse y levantarse</w:t>
      </w:r>
    </w:p>
    <w:p>
      <w:r>
        <w:rPr>
          <w:b/>
        </w:rPr>
        <w:t xml:space="preserve">Necesitan: </w:t>
      </w:r>
      <w:r>
        <w:t>Una silla firme sin ruedas y la andadera frenada (o la mesa).</w:t>
      </w:r>
    </w:p>
    <w:p>
      <w:pPr>
        <w:pStyle w:val="ListNumber"/>
      </w:pPr>
      <w:r>
        <w:t>Lalo se sienta en la silla.</w:t>
      </w:r>
    </w:p>
    <w:p>
      <w:pPr>
        <w:pStyle w:val="ListNumber"/>
      </w:pPr>
      <w:r>
        <w:t>Pone las manos en la andadera.</w:t>
      </w:r>
    </w:p>
    <w:p>
      <w:pPr>
        <w:pStyle w:val="ListNumber"/>
      </w:pPr>
      <w:r>
        <w:t>Se levanta despacio, con apoyo.</w:t>
      </w:r>
    </w:p>
    <w:p>
      <w:r>
        <w:rPr>
          <w:i/>
        </w:rPr>
        <w:t>Dibujo: Niño que se levanta apoyado en la andadera; un adulto a su lado.</w:t>
      </w:r>
    </w:p>
    <w:p>
      <w:r>
        <w:rPr>
          <w:b/>
          <w:color w:val="9B2C2C"/>
        </w:rPr>
        <w:t>Siempre con un adulto al lado. Nunca sin apoyo de las manos.</w:t>
      </w:r>
    </w:p>
    <w:p>
      <w:pPr>
        <w:pStyle w:val="Heading2"/>
      </w:pPr>
      <w:r>
        <w:rPr>
          <w:rFonts w:ascii="Arial" w:hAnsi="Arial"/>
          <w:color w:val="1D3A8A"/>
        </w:rPr>
        <w:t>3. Soltar en la caja</w:t>
      </w:r>
    </w:p>
    <w:p>
      <w:r>
        <w:rPr>
          <w:b/>
        </w:rPr>
        <w:t xml:space="preserve">Necesitan: </w:t>
      </w:r>
      <w:r>
        <w:t>Una pelota de trapo y una caja.</w:t>
      </w:r>
    </w:p>
    <w:p>
      <w:pPr>
        <w:pStyle w:val="ListNumber"/>
      </w:pPr>
      <w:r>
        <w:t>Toma la pelota de trapo.</w:t>
      </w:r>
    </w:p>
    <w:p>
      <w:pPr>
        <w:pStyle w:val="ListNumber"/>
      </w:pPr>
      <w:r>
        <w:t>Estira el brazo sobre la caja.</w:t>
      </w:r>
    </w:p>
    <w:p>
      <w:pPr>
        <w:pStyle w:val="ListNumber"/>
      </w:pPr>
      <w:r>
        <w:t>Abre la mano muy despacio.</w:t>
      </w:r>
    </w:p>
    <w:p>
      <w:r>
        <w:rPr>
          <w:i/>
        </w:rPr>
        <w:t>Dibujo: Mano abierta sobre una caja; la pelota cae dentro.</w:t>
      </w:r>
    </w:p>
    <w:p>
      <w:pPr>
        <w:pStyle w:val="Heading2"/>
      </w:pPr>
      <w:r>
        <w:rPr>
          <w:rFonts w:ascii="Arial" w:hAnsi="Arial"/>
          <w:color w:val="1D3A8A"/>
        </w:rPr>
        <w:t>4. Dale la fruta a mamá</w:t>
      </w:r>
    </w:p>
    <w:p>
      <w:r>
        <w:rPr>
          <w:b/>
        </w:rPr>
        <w:t xml:space="preserve">Necesitan: </w:t>
      </w:r>
      <w:r>
        <w:t>Una fruta o una prenda de ropa.</w:t>
      </w:r>
    </w:p>
    <w:p>
      <w:pPr>
        <w:pStyle w:val="ListNumber"/>
      </w:pPr>
      <w:r>
        <w:t>Toma la fruta con dos manos.</w:t>
      </w:r>
    </w:p>
    <w:p>
      <w:pPr>
        <w:pStyle w:val="ListNumber"/>
      </w:pPr>
      <w:r>
        <w:t>Estira los brazos hacia mamá.</w:t>
      </w:r>
    </w:p>
    <w:p>
      <w:pPr>
        <w:pStyle w:val="ListNumber"/>
      </w:pPr>
      <w:r>
        <w:t>Entrégala sin aventarla.</w:t>
      </w:r>
    </w:p>
    <w:p>
      <w:r>
        <w:rPr>
          <w:i/>
        </w:rPr>
        <w:t>Dibujo: Niño que entrega una fruta con los brazos extendidos.</w:t>
      </w:r>
    </w:p>
    <w:p>
      <w:pPr>
        <w:pStyle w:val="Heading2"/>
      </w:pPr>
      <w:r>
        <w:rPr>
          <w:rFonts w:ascii="Arial" w:hAnsi="Arial"/>
          <w:color w:val="1D3A8A"/>
        </w:rPr>
        <w:t>5. Aplastar la masa</w:t>
      </w:r>
    </w:p>
    <w:p>
      <w:r>
        <w:rPr>
          <w:b/>
        </w:rPr>
        <w:t xml:space="preserve">Necesitan: </w:t>
      </w:r>
      <w:r>
        <w:t>Masa o lodo en una tabla.</w:t>
      </w:r>
    </w:p>
    <w:p>
      <w:pPr>
        <w:pStyle w:val="ListNumber"/>
      </w:pPr>
      <w:r>
        <w:t>Pon la masa en la mesa.</w:t>
      </w:r>
    </w:p>
    <w:p>
      <w:pPr>
        <w:pStyle w:val="ListNumber"/>
      </w:pPr>
      <w:r>
        <w:t>Presiona con la mano abierta.</w:t>
      </w:r>
    </w:p>
    <w:p>
      <w:pPr>
        <w:pStyle w:val="ListNumber"/>
      </w:pPr>
      <w:r>
        <w:t>Aplasta hasta dejarla plana.</w:t>
      </w:r>
    </w:p>
    <w:p>
      <w:r>
        <w:rPr>
          <w:i/>
        </w:rPr>
        <w:t>Dibujo: Mano abierta presionando una bola de masa.</w:t>
      </w:r>
    </w:p>
    <w:p>
      <w:r>
        <w:br w:type="page"/>
      </w:r>
    </w:p>
    <w:p>
      <w:pPr>
        <w:pStyle w:val="Heading1"/>
      </w:pPr>
      <w:r>
        <w:rPr>
          <w:rFonts w:ascii="Arial" w:hAnsi="Arial"/>
          <w:color w:val="1D3A8A"/>
        </w:rPr>
        <w:t>Página 3 · Mi tabla de la semana</w:t>
      </w:r>
    </w:p>
    <w:p>
      <w:r>
        <w:t>Marquen una palomita cada día que jueguen.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Día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Jugamos 10 minutos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¿Cuál juego le gustó más?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Lunes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Martes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Miércoles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Jueves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Viernes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Sábado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Domingo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☐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hAnsi="Arial"/>
          <w:color w:val="1D3A8A"/>
        </w:rPr>
        <w:t>Página 4 · Si Lalo se cansa</w:t>
      </w:r>
    </w:p>
    <w:p>
      <w:pPr>
        <w:pStyle w:val="ListBullet"/>
      </w:pPr>
      <w:r>
        <w:t>Paren si suda mucho.</w:t>
      </w:r>
    </w:p>
    <w:p>
      <w:pPr>
        <w:pStyle w:val="ListBullet"/>
      </w:pPr>
      <w:r>
        <w:t>Paren si hace gestos de dolor.</w:t>
      </w:r>
    </w:p>
    <w:p>
      <w:pPr>
        <w:pStyle w:val="ListBullet"/>
      </w:pPr>
      <w:r>
        <w:t>Paren si le tiemblan las piernas.</w:t>
      </w:r>
    </w:p>
    <w:p>
      <w:pPr>
        <w:pStyle w:val="ListBullet"/>
      </w:pPr>
      <w:r>
        <w:t>Descanso, agua y sombra.</w:t>
      </w:r>
    </w:p>
    <w:p>
      <w:pPr>
        <w:pStyle w:val="ListBullet"/>
      </w:pPr>
      <w:r>
        <w:t>Mañana lo intentan otra vez.</w:t>
      </w:r>
    </w:p>
    <w:p>
      <w:pPr>
        <w:pStyle w:val="Heading2"/>
      </w:pPr>
      <w:r>
        <w:rPr>
          <w:rFonts w:ascii="Arial" w:hAnsi="Arial"/>
          <w:color w:val="1D3A8A"/>
        </w:rPr>
        <w:t>Avisen a la maestra si:</w:t>
      </w:r>
    </w:p>
    <w:p>
      <w:pPr>
        <w:pStyle w:val="ListBullet"/>
      </w:pPr>
      <w:r>
        <w:t>El dolor no se quita.</w:t>
      </w:r>
    </w:p>
    <w:p>
      <w:pPr>
        <w:pStyle w:val="ListBullet"/>
      </w:pPr>
      <w:r>
        <w:t>Le salen moretones.</w:t>
      </w:r>
    </w:p>
    <w:p>
      <w:pPr>
        <w:pStyle w:val="ListBullet"/>
      </w:pPr>
      <w:r>
        <w:t>No quiere jugar varios días.</w:t>
      </w:r>
    </w:p>
    <w:p/>
    <w:p>
      <w:r>
        <w:t>Revisó la terapista: ____________________   Fecha: ____________</w:t>
      </w:r>
    </w:p>
    <w:p>
      <w:r>
        <w:rPr>
          <w:i/>
          <w:sz w:val="17"/>
        </w:rPr>
        <w:t>Versión corregida por el equipo del diplomado (5 oct 2026): sin nombres inventados, ejercicio 2 con apoyo y frases de máximo 8 palabras. La terapista ajusta tiempos y repeticiones antes de imprimir.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